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310F4" w:rsidRDefault="00A41891" w:rsidP="00A41891">
      <w:pPr>
        <w:pStyle w:val="Heading1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-714375</wp:posOffset>
                </wp:positionH>
                <wp:positionV relativeFrom="paragraph">
                  <wp:posOffset>-647700</wp:posOffset>
                </wp:positionV>
                <wp:extent cx="1200150" cy="847725"/>
                <wp:effectExtent l="57150" t="19050" r="76200" b="104775"/>
                <wp:wrapNone/>
                <wp:docPr id="97103776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8477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1891" w:rsidRDefault="00A41891" w:rsidP="00A41891">
                            <w:r>
                              <w:rPr>
                                <w:b/>
                              </w:rPr>
                              <w:t>Organization Logo:</w:t>
                            </w:r>
                            <w:r w:rsidRPr="00A41891">
                              <w:rPr>
                                <w:sz w:val="16"/>
                                <w:szCs w:val="16"/>
                              </w:rPr>
                              <w:t xml:space="preserve"> if submitting on behalf of an </w:t>
                            </w:r>
                            <w:r w:rsidRPr="00A41891">
                              <w:rPr>
                                <w:sz w:val="16"/>
                                <w:szCs w:val="16"/>
                              </w:rPr>
                              <w:t>Institute</w:t>
                            </w:r>
                          </w:p>
                          <w:p w:rsidR="00A41891" w:rsidRDefault="00A41891" w:rsidP="00A4189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" o:spid="_x0000_s1026" style="position:absolute;left:0;text-align:left;margin-left:-56.25pt;margin-top:-51pt;width:94.5pt;height:66.75pt;z-index:251657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A41891" w:rsidRDefault="00A41891" w:rsidP="00A41891">
                      <w:r>
                        <w:rPr>
                          <w:b/>
                        </w:rPr>
                        <w:t>Organization Logo:</w:t>
                      </w:r>
                      <w:r w:rsidRPr="00A41891">
                        <w:rPr>
                          <w:sz w:val="16"/>
                          <w:szCs w:val="16"/>
                        </w:rPr>
                        <w:t xml:space="preserve"> if submitting on behalf of an </w:t>
                      </w:r>
                      <w:r w:rsidRPr="00A41891">
                        <w:rPr>
                          <w:sz w:val="16"/>
                          <w:szCs w:val="16"/>
                        </w:rPr>
                        <w:t>Institute</w:t>
                      </w:r>
                    </w:p>
                    <w:p w:rsidR="00A41891" w:rsidRDefault="00A41891" w:rsidP="00A4189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B61F791" wp14:editId="086353F0">
                <wp:simplePos x="0" y="0"/>
                <wp:positionH relativeFrom="column">
                  <wp:posOffset>4972050</wp:posOffset>
                </wp:positionH>
                <wp:positionV relativeFrom="paragraph">
                  <wp:posOffset>-581025</wp:posOffset>
                </wp:positionV>
                <wp:extent cx="1200150" cy="847725"/>
                <wp:effectExtent l="57150" t="19050" r="76200" b="104775"/>
                <wp:wrapNone/>
                <wp:docPr id="15858790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8477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1891" w:rsidRDefault="00A41891" w:rsidP="00A41891">
                            <w:pPr>
                              <w:jc w:val="center"/>
                            </w:pPr>
                            <w:r>
                              <w:t>Paste passport-size photograph here – optional but preferred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B61F791" id="_x0000_s1027" style="position:absolute;left:0;text-align:left;margin-left:391.5pt;margin-top:-45.75pt;width:94.5pt;height:66.75pt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A41891" w:rsidRDefault="00A41891" w:rsidP="00A41891">
                      <w:pPr>
                        <w:jc w:val="center"/>
                      </w:pPr>
                      <w:r>
                        <w:t>Paste passport-size photograph here – optional but preferred</w:t>
                      </w:r>
                    </w:p>
                  </w:txbxContent>
                </v:textbox>
              </v:rect>
            </w:pict>
          </mc:Fallback>
        </mc:AlternateContent>
      </w:r>
      <w:r w:rsidR="00000000">
        <w:t>IAISR Conference – Abstract Submission Template</w:t>
      </w:r>
      <w:r>
        <w:br/>
      </w:r>
    </w:p>
    <w:p w:rsidR="00B310F4" w:rsidRDefault="00000000">
      <w:r w:rsidRPr="00A41891">
        <w:rPr>
          <w:b/>
          <w:color w:val="0070C0"/>
        </w:rPr>
        <w:t>Title of the Paper</w:t>
      </w:r>
      <w:r>
        <w:rPr>
          <w:b/>
        </w:rPr>
        <w:br/>
      </w:r>
    </w:p>
    <w:p w:rsidR="00B310F4" w:rsidRDefault="00000000">
      <w:r>
        <w:t>Enter your full paper title here</w:t>
      </w:r>
      <w:r w:rsidR="00A41891">
        <w:br/>
      </w:r>
    </w:p>
    <w:p w:rsidR="00B310F4" w:rsidRPr="00A41891" w:rsidRDefault="00000000">
      <w:pPr>
        <w:rPr>
          <w:color w:val="0070C0"/>
        </w:rPr>
      </w:pPr>
      <w:r w:rsidRPr="00A41891">
        <w:rPr>
          <w:b/>
          <w:color w:val="0070C0"/>
        </w:rPr>
        <w:t>Author(s):</w:t>
      </w:r>
    </w:p>
    <w:p w:rsidR="00B310F4" w:rsidRDefault="00000000">
      <w:r>
        <w:t>Full Name of Author 1, Full Name of Author 2 (if any)</w:t>
      </w:r>
    </w:p>
    <w:p w:rsidR="00B310F4" w:rsidRPr="00A41891" w:rsidRDefault="00000000">
      <w:pPr>
        <w:rPr>
          <w:color w:val="0070C0"/>
        </w:rPr>
      </w:pPr>
      <w:r w:rsidRPr="00A41891">
        <w:rPr>
          <w:b/>
          <w:color w:val="0070C0"/>
        </w:rPr>
        <w:t>Affiliation(s):</w:t>
      </w:r>
    </w:p>
    <w:p w:rsidR="00B310F4" w:rsidRDefault="00000000">
      <w:r>
        <w:t>Department, University/Organization, Country</w:t>
      </w:r>
    </w:p>
    <w:p w:rsidR="00B310F4" w:rsidRPr="00A41891" w:rsidRDefault="00000000">
      <w:pPr>
        <w:rPr>
          <w:color w:val="0070C0"/>
        </w:rPr>
      </w:pPr>
      <w:r w:rsidRPr="00A41891">
        <w:rPr>
          <w:b/>
          <w:color w:val="0070C0"/>
        </w:rPr>
        <w:t>Email:</w:t>
      </w:r>
    </w:p>
    <w:p w:rsidR="00B310F4" w:rsidRDefault="00000000">
      <w:r>
        <w:t>Corresponding Author Email ID</w:t>
      </w:r>
    </w:p>
    <w:p w:rsidR="00B310F4" w:rsidRDefault="00000000">
      <w:r w:rsidRPr="00A41891">
        <w:rPr>
          <w:b/>
          <w:color w:val="0070C0"/>
        </w:rPr>
        <w:t>Abstract (150–200 words):</w:t>
      </w:r>
      <w:r>
        <w:rPr>
          <w:b/>
        </w:rPr>
        <w:br/>
      </w:r>
    </w:p>
    <w:p w:rsidR="00B310F4" w:rsidRDefault="00000000">
      <w:r>
        <w:t>Provide a concise overview of your research. Include background, objective, methods, key findings, and significance. Avoid figures, references, or equations.</w:t>
      </w:r>
    </w:p>
    <w:p w:rsidR="00B310F4" w:rsidRDefault="00000000">
      <w:r w:rsidRPr="00A41891">
        <w:rPr>
          <w:b/>
          <w:color w:val="0070C0"/>
        </w:rPr>
        <w:t>Keywords:</w:t>
      </w:r>
      <w:r>
        <w:rPr>
          <w:b/>
        </w:rPr>
        <w:br/>
      </w:r>
    </w:p>
    <w:p w:rsidR="00B310F4" w:rsidRDefault="00000000">
      <w:r>
        <w:t>Insert 4–6 keywords separated by commas</w:t>
      </w:r>
    </w:p>
    <w:p w:rsidR="00B310F4" w:rsidRDefault="00000000">
      <w:r w:rsidRPr="00A41891">
        <w:rPr>
          <w:b/>
          <w:color w:val="0070C0"/>
        </w:rPr>
        <w:t>Biography of Author (50–100 words):</w:t>
      </w:r>
      <w:r>
        <w:rPr>
          <w:b/>
        </w:rPr>
        <w:br/>
      </w:r>
    </w:p>
    <w:p w:rsidR="00B310F4" w:rsidRDefault="00000000">
      <w:r>
        <w:t>Brief professional background of the presenting/first author. Include current designation, affiliation, research interests, and major achievements if applicable.</w:t>
      </w:r>
    </w:p>
    <w:sectPr w:rsidR="00B310F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50827056">
    <w:abstractNumId w:val="8"/>
  </w:num>
  <w:num w:numId="2" w16cid:durableId="1447045129">
    <w:abstractNumId w:val="6"/>
  </w:num>
  <w:num w:numId="3" w16cid:durableId="1005667916">
    <w:abstractNumId w:val="5"/>
  </w:num>
  <w:num w:numId="4" w16cid:durableId="743531166">
    <w:abstractNumId w:val="4"/>
  </w:num>
  <w:num w:numId="5" w16cid:durableId="1205172819">
    <w:abstractNumId w:val="7"/>
  </w:num>
  <w:num w:numId="6" w16cid:durableId="242301558">
    <w:abstractNumId w:val="3"/>
  </w:num>
  <w:num w:numId="7" w16cid:durableId="615063899">
    <w:abstractNumId w:val="2"/>
  </w:num>
  <w:num w:numId="8" w16cid:durableId="463432233">
    <w:abstractNumId w:val="1"/>
  </w:num>
  <w:num w:numId="9" w16cid:durableId="843204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41891"/>
    <w:rsid w:val="00AA1D8D"/>
    <w:rsid w:val="00B310F4"/>
    <w:rsid w:val="00B47730"/>
    <w:rsid w:val="00CB0664"/>
    <w:rsid w:val="00FC693F"/>
    <w:rsid w:val="00FD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D3F39D"/>
  <w14:defaultImageDpi w14:val="300"/>
  <w15:docId w15:val="{0C788E21-297D-489C-9C0A-06289E647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Shyam</cp:lastModifiedBy>
  <cp:revision>2</cp:revision>
  <dcterms:created xsi:type="dcterms:W3CDTF">2013-12-23T23:15:00Z</dcterms:created>
  <dcterms:modified xsi:type="dcterms:W3CDTF">2025-07-16T18:36:00Z</dcterms:modified>
  <cp:category/>
</cp:coreProperties>
</file>